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1368: 蜜蜂路线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3095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一只蜜蜂在下图所示的数字蜂房上爬动,已知它只能从标号小的蜂房爬到标号大的相邻蜂房,现在问你：蜜蜂从蜂房M开始爬到蜂房N，1 ≤ M &lt; N ≤ 100，有多少种爬行路线？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05507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ixjpqu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0550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输入 M，N 的值。 （1 ≤ M &lt; N ≤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爬行有多少种路线。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