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1366: 平面分割问题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设有 n 条封闭曲线画在平面上，而任何两条封闭曲线恰好相交于两点，且任何三条封闭曲线不相交于同一点，问这些封闭曲线把平面分割成的区域个数。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9815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bet4_sv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81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10000），代表封闭曲线的条数。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条曲线分割区域的个数。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