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1365: 位数问题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在所有的 N 位数中，有多少个数中有偶数个数字 3 ？由于结果可能很大，你只需要输出这个答案对 12345 取余的值。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比如：在所有的 2 位数字，包含 0 个 3 的数有 72 个，包含 2 个 3 的数有 1个，共 73 个。（请注意：1 位数指 1 ∼ 9 这 9 个数，不包含数字 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N（1 ≤ N ≤ 1000）。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位数中含有偶数个数组 3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