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1364: 棋盘格数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设有一个 N * M 方格的棋盘（ 1 ≤ N ≤ 100，1 ≤ M ≤ 100）。求出该棋盘中包含有多少个正方形、多少个长方形（不包括正方形）。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例如：当 N=2， M＝3 时：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正方形的个数有 8 个：即边长为 1 的正方形有 6 个；边长为 2 的正方形有 2 个。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长方形的个数有 10 个：即 2*1 的长方形有 4 个；1 * 2 的长方形有 3 个；3 * 1 的长方形有 2 个；3 * 2的长方形有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和 M 两个整数。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正方形的个数与长方形的个数。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