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1363: 数字矩形(2)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16413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n，输出如下图形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如：n=3，输出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如：n = 5，输出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&lt; 10）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行的图形。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