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1361: n个数取出r个数排列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1 ∼ n 任意挑出 r 个数进行排列，请从小到大输出所有可能的排列结果。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如：n=5，r=2，则输出结果如下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n 和 r （ n 和 r 都是 2 ∼ 6 之间的整数）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1 ∼ n 中取出 r 个数的排列结果！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