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1359: 八进制转换二进制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 100 位以内的 8 进制整数转换为 2 进制整数！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位以内的 8 进制整数。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该数对应的 2 进制整数。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12376532347173217361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1010011111110101011010011100111001111011010001111011110001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