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1355: 门票的定价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某剧院举办文艺演出，经过调研发现，如果票价定为每张 30 元，那么 1200 张门票可以全部售出；如果票价每增加 1 元，那么售出的门票就减少 n 张（ n ≤ 100 ）。现要求门票价格在不低于 30 元的情况下，请问门票价格定为多少钱，可以使得总门票收入最高，最高总门票收入是多少元？（如果在多个价格下，门票总收入一样高，就取价格较低的门票单价）（ 9.1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一个整数 n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两个整数，用空格隔开，代表门票最终的定价以及总门票收入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45 40500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