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1351: 买公园门票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18633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某公园门票价格为：成人票 8 元 / 张，儿童票 3 元 / 张；某旅游团来公园游玩，该团内有成人和儿童（成人和儿童都有），共花了 40 元买门票。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请你分别计算出成人和儿童可能的人数，按照成人从少到多，儿童从多到少的规律数出结果。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 7.2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 2 个整数用空格隔开，分别代表成人和儿童可能的人数。（成人从少到多，儿童从多到少）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