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1349: 植树的人数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某班学生分 2 组参加植树活动，甲组有 17 人，乙组有 25 人，后来由于需要，从甲组抽调了部分学生去乙组，结果乙组的人数是甲组的 2 倍，请问从甲组抽调了多少人去乙组？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（7.1）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甲组抽调去乙组的人数。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