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1348: 求绝对值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数学中有一个绝对值的概念，正数的绝对值是本身，负数的绝对值是它的相反数（相反数的概念，5 的相反数数 -5 ，-2 的相反数是 2 ）， 0 的绝对值任然是 0 。请从键盘读入一个整数 n（ n 可能是整数，也可能是负数），求出 n 的绝对值。（ 7.1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n，可能是正整数，也可能是负整数。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n的绝对值。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-5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