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1336: 分数计算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从键盘读入一个分数算式，为 2 个分数做加法或者减法，请输出分数算式的结果，结果也用分数表达，且约分到最简形式。（请注意：做减法可能得到负的分数，如果是负数要输出负号 - ，如 1/15-4/15 结果为 -1/5 ）（5.1.76）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分数表达式；分数表达式中，每个分数的分子和分母都是正整数（不超过 1000 ），两个分数中的运算符，可能是加号，也可能是减号，且分数表达式不含空格。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分数表达式计算的结果。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注意考虑特殊情况，如：1/2+1/2=1，1/2-1/2=0，这些情况下结果不需要表现为分数形式。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