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1331: 做彩纸花边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李晓芳用一条长为 n 米的彩纸制作花边，每朵花李晓芳用一条长为 n 米的彩纸制作花边，每朵花的宽度为 x 厘米，花与花之间的间隔为 y 厘米。请问 n 米的彩纸最多能做多少朵花的花边。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如，图中的案例花的宽度为 4.5cm ，花之间的间隔为1.2cm ，那么一条长为 0.62m 的彩纸最多可以做 11 朵花的花边（因为一朵花加一个间隔是 5.7cm ， 10 朵花以及间隔共 57cm，剩余 5cm 还可以再做一朵花，因此最多共可以做 11 朵花）（5.1.81）。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6790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krw6vl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79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三个小数 n、x、y，用空格隔开。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最多能做多少朵花的花边。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0.62 4.5 1.2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