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1330: 求最大梯形的面积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1330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8079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 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n ( 3 ≤ n ≤ 100 )个梯形的上底、下底和高，请问这 n 个梯形中，最大面积的梯形的面积是多少？（梯形面积的求解公式为 S = (a + b) ×  h / 2 ，也就是 (上底 + 下底) ×  高 / 2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 5.1.18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行为 1 个整数 n ，接下来 n 行每行 3 个整数分别代表梯形的上底、下底和高。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最大面积梯形的面积（结果保留 1 位小数）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17.5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