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1327: 鲜花方阵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2224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光明小学艺术节快要来了，老师要求同学们布置一个 n × n 的花盆方阵（ n 是奇数， n ≤ 9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如果 n=5 ，那么方阵的形状如下图所示：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n=7 ，那么方阵的形状如下图所示：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请读入一个整数 n （奇数），输出如图所示的方阵，为了方便输出，用 1 表示黄色的花盆，0 表示红色花盆，输出时数字场宽设置为3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 n=5 ，那么实际要输出的方阵的结果如下：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n=7 ，那么实际要输出的方阵的结果如下：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 4.2.1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4809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eco0vgc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809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2:</w:t>
      </w:r>
    </w:p>
    <w:p>
      <w:r>
        <w:drawing>
          <wp:inline xmlns:a="http://schemas.openxmlformats.org/drawingml/2006/main" xmlns:pic="http://schemas.openxmlformats.org/drawingml/2006/picture">
            <wp:extent cx="4572000" cy="347098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gsw7qy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709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3:</w:t>
      </w:r>
    </w:p>
    <w:p>
      <w:r>
        <w:drawing>
          <wp:inline xmlns:a="http://schemas.openxmlformats.org/drawingml/2006/main" xmlns:pic="http://schemas.openxmlformats.org/drawingml/2006/picture">
            <wp:extent cx="4572000" cy="303777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v11x5bk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377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图片 4:</w:t>
      </w:r>
    </w:p>
    <w:p>
      <w:r>
        <w:drawing>
          <wp:inline xmlns:a="http://schemas.openxmlformats.org/drawingml/2006/main" xmlns:pic="http://schemas.openxmlformats.org/drawingml/2006/picture">
            <wp:extent cx="4572000" cy="304049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xecy4sjh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0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一个整数 n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如图所示的图形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1  1  0  1  1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1  0  1  0  1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0  1  0  1  0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1  0  1  0  1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1  1  0  1  1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