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1321: 时钟旋转（2）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1321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4290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时钟从时间： xx:xx （ xx 时 xx 分），走到时间：xx:xx （ xx 时 xx 分），时针共旋转了多少度？（假设第一个时间  ≤  第二个时间，2 个时间都是 12 小时制，且两个时间的时间差不超过 12 小时，也就是说时针旋转的度数在 360 度之内，也就是 1 ≤  时间 1 ≤  时间 2 ≤ 12 （4.2.4）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147753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89uhdy0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4775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2行，第一行为起始时间（如：01:00），第二行为结束时间。（如：01:05）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时针旋转的度数。（结果保留 1 位小数）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01:00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01:05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2.5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