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1318: 队形数量求解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同学们表演团体体操，排列的队形必须是长方形或正方形（且该长方形或者正方形的变长要求  &gt; 1）。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原来有 m 排，每排有 n 个人，现在想要变换队形，请问在人数不变的情况下，队形有多少种不同的变换方法。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如：原有 3 排，每排 10 个人。那么可以有 2 种变换队形，分别是 2  ×  15 和 5  ×  6 （ 15  ×  2 以及 6  ×  5 算作重复的队形）。（ 4.1.101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m 和 n ，分别代表有 m 排以及每排有 n 个人。（ 1 &lt; m,n ≤ 3 × 10^4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一个整数，代表可以变换的队形的方案。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