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1313: 第n盆花是什么颜色？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学校操场上摆放了 m 组花排成了一排，每组花有 3 盆颜色分别是蓝花、黄花、红花。小芳和同学们开始玩一个游戏，从第一盆花开始数数，当数到 n 的时候让同学们来计算他面前的是什么颜色的花。如果数到最后一盆了，就倒过来往前数。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例如：有 3 组花，小芳数到了 8 ，就是倒数第二盆黄花（3 组花有 9 盆）；小芳数到了 9 就是最后一盆红花；小芳数到 10 ，又回到倒数第二盆黄花。（4.1.30）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7180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4j_ozb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718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m 和 n （m 和 n 都是 1 ∼ 1000000 之间的整数），m 代表总共有多少组花，n 代表小芳数到的数字。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花的颜色，输出它们颜色的拼音，如：lan、huang、hong。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huang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