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1311: 分跳绳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1311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53676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学校新买来 m 根跳绳，每个班分 n 根，最多可以分给几个班的同学，还剩多少根？（m ≥ n）。（4.1.9）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4272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5bx_o5w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427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两个整数，用空格隔开，分别代表总共采购的跳绳数量以及每个班级分到的跳绳数量。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两个整数，用空格隔开，第一个整数代表可以分到的班级的数量，第二个整数代表剩余的跳绳数量。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100 30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