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1310: 至少要买几瓶止咳糖浆？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17987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花花生病了，妈妈去给花花买儿童止咳糖浆。一瓶儿童止咳糖浆的规格及用法如下所示，一般花花咳嗽需要 5 天才能痊愈。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止咳糖浆规格：每瓶 120 毫升，每日 3 次， 10 岁以上儿童：每次 25 毫升，7 ∼ 10 岁儿童：每次 15 毫升， 3 ∼ 6 岁儿童：每次 5 毫升。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请根据止咳糖浆的规格以及花花的年龄计算，写一个程序计算如果花花要痊愈，妈妈至少要买几瓶止咳糖浆？（4.1.7）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一个整数，代表花花的年龄（花花的年龄在 2 岁以上）。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一个整数，代表妈妈最少需要购买的糖浆瓶数。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