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1308: 全排列的结果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n，请输出 1 ∼ n 中所有整数的全排列，按照由小到大输出结果，每组的 n 个数之间用空格隔开。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全排列的含义：从 n 个不同元素中任取 m （m ≤ n）个元素，按照一定的顺序排列起来，叫做从 n 个不同元素中取出 m 个元素的一个排列。当 m=n 时所有的排列情况叫全排列。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如当 n=3 时，全排列的结果为：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n（1 ≤ n ≤ 6）；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∼ n 中所有数的全排列的结果，按照由小到大输出，每行 n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