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1307: 数的计数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1739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输入一个自然数 n（n ≤ 100），然后对自然数按照如下方法进行处理：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在该自然数的左侧加上一个自然数，但加上的数不能超过 n 的一半；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加上数后继续按此规则处理，直到不能再添加自然数为止；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请问按照这样的方法添加数，能够产生多少个新数？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例如：n=6 ，则左侧添加数的方案有。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共能够产生 5 个新数。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≤ 100）。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按照规则能够产生的新数的个数。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