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1301: 小明有没有考到90分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小明同学有一个习惯，如果考试考到 90 分及以上，他就会说 yes ，如果没有考到，他就不说话。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请从键盘读入一个整数 n 代表小明同学 的考试成绩，判断是否要输出 yes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代表小明同学的考试成绩。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如果考到 90 分及以上，输出 yes，否则不输出。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