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1298: 摘花生问题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Hello Kitty 想摘点花生送给她喜欢的米老鼠。她来到一片有网格状道路的矩形花生地(如下图)，从西北角进去，东南角出来。地里每个道路的交叉点上都有种着一株花生苗，上面有若干颗花生，经过一株花生苗就能摘走该它上面所有的花生。Hello Kitty只能向东或向南走，不能向西或向北走。问Hello Kitty 最多能够摘到多少颗花生。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如输入：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2 2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1 1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3 4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代表有 2 行，每行有 2 株花生，那么摘能摘到的最多的花生就是：1-&gt;3-&gt;4 ，总和为 8 颗花生。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8274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s3zhpi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8274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第一行是两个整数 n 和 m （ 1 ≤ n,m ≤ 100 ），代表了花生地里有 n 行，每行有 m 列的花生！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后面 n 行，每行有 m 个整数代表了每行中，每株花生的数量！( 每株花生数量 ≤ 10000 )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输出是一个整数，代表了最多能摘到的花生的总数；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