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1297: 求任意三位数各个数位上数字的和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对于一个任意的三位自然数 X ，编程计算其各个数位上的数字之和 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x ( 100 ≥ x ≤  =999 )。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