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1293: 二进制转换八进制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 100 位以内的二进制整数转换为 8 进制整数！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位以内的二进制整数。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该数对应的八进制整数。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111100001111000011110000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74170360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