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1292: 十六进制转十进制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1292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进制转换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7423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进制转换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请将一个不超过 10 位的十六进制正整数转换为十进制整数。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位以内的十六进制正整数，如果该十六进制中有字母，字母用大写英文字母表示。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该数对应的十进制整数。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2ECF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11983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