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1288: 正整数n转换为8进制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请将一个整数 n（n ≤ 10^{12}）的整数转换为 8 进制！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的 8 进制对应的数。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303240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