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1285: 计算N的阶乘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请计算 n 的阶乘（1 ≤ n ≤ 100）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的阶乘计算公式为：n!=n × (n-1) × (n-2) × ⋯  × 1，如：5!=5 × 4 × 3 × 2 × 1=120。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n(1 ≤ n ≤ 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的阶乘。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2432902008176640000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