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1280: 求2的n次方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1280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高精度算法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基础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6534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高精度算法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求 2 的 n 次方。（ 0 ≤ n ≤ 100）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从键盘读入一个整数 n；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请输出 2 的 n 次方；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120" w:after="120"/>
      </w:pPr>
      <w:r>
        <w:t>100</w:t>
      </w:r>
    </w:p>
    <w:p>
      <w:pPr>
        <w:pStyle w:val="Heading1"/>
      </w:pPr>
      <w:r>
        <w:t>样例输出</w:t>
      </w:r>
    </w:p>
    <w:p>
      <w:pPr>
        <w:spacing w:before="120" w:after="120"/>
      </w:pPr>
      <w:r>
        <w:t>1267650600228229401496703205376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