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1279: 小 X 与位运算(bignum)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市赛bitset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自从上次小 X 搞定了完美数之后， 他最近在研究一项和计算机密切相关的黑科技。要知道在计算机的内部，数据都是以二进制的形式来进行存储的，而它使用的计算方法也和我们平时的加减乘除四则运算有所不同， 它使用的是位运算。那什么是位运算呢？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基础位运算有三种符号，分别是 and， or， xor（分别对应与运算、或运算、异或运算三种运算）。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以 and 为例，两个二进制数在做 and 运算时，分别对两个二进制数的每一位做 and 运算。而对每一位做 and 运算时， 遵守以下规则：只有当两个数的这一位都是 1 时，运算结果才为 1， 否则就是 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例如：1101 和 10101 做 and 运算之后结果为 101（高位不足用 0 补齐，最后结果忽略前导 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通俗点讲 and 运算就是按位做乘法， 即将两个二进制数从高位到低位依次对齐，然后每一位上对齐的两个数相乘即得到这一位的结果 。 我们可以列一个简单的竖式来模拟这个 and 运算：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01101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and  10101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----------------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00101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结果 00101 最左边的两个 0 即为前导 0，前导 0 一般要忽略。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 or， xor 的运算方法类似， 唯一不同的是在对每一位做运算时遵循的方法不同。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or 运算遵守以下规则：只有当两个数的这一位都是 0 时，运算结果才为 0， 否则就是 1。 例如 1101 和 10101 做 or 运算之后结果为 11101。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01101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or  10101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--------------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11101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xor 运算遵守以下规则：只有当两个数的这一位相同时，运算结果才为 0， 否则就是 1。 例如 1101 和 10101 做 xor 运算之后结果为 11000 。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01101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xor  10101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---------------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11000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我们可以用一张简单的表格来说明三种位运算的运算规则。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当然不会满足于最简单的位运算了。小 X 想知道两个很大很大的二进制数，在做完位运算之后，最后的结果是什么。而小 X 自己无法知道正确答案是什么， 他只好求助于你来帮助他解决这个问题。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254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4uj6m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25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输入数据第一行是一个字符串， 由字符 0 和 1 组成， 表示一个二进制数。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第二行也是一个字符串， 由字符 0 和 1 组成，同样表示一个二进制数。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第三行还是一个字符串，一定是 and， or， xor 三个中一种， 表示运算符号。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注意输入的二进制数没有前导零，字符个数可能会超过 255 个但不会超过 100000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输出一行一个字符串， 由字符 0 和 1 组成， 表示最后运算得到的二进制数。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注意输出的二进制数不能带有前导零， 即输出的第一个字符不能为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or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111101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 n 来表示输入的最长的二进制数的长度。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1 ≤ n 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的数据， 1 ≤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1 ≤ n ≤ 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常州市2016“信息与未来”夏令营选拔赛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