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1277: 合唱队形求解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1277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4052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动态规划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位同学站成一排，音乐老师要请其中的 (N-K) 位同学出列，使得剩下的 K 位同学不交换位置就能排成合唱队形。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合唱队形是指这样的一种队形：设 K 位同学从左到右依次编号为 1, 2, ⋯ , K，他们的身高分别为 T_1, T_2,  ⋯ , T_K，则他们的身高满足 T_1 &lt; T_2 &lt; ⋯ &lt; T_i &gt; Ti+1  &gt; ⋯  &gt; T_K (1 ≤ i ≤ K)。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你的任务是，已知所有 N 位同学的身高，计算最少需要几位同学出列，可以使得剩下的同学排成合唱队形。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输入的第一行是一个整数 N（2 ≤ N ≤ 100），表示同学的总数。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第二行有 N 个整数，用空格分隔，第 i 个整数 T_i（130 ≤ T_i ≤ 230）是第 i 位同学的身高（厘米）。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输出包括一行，这一行只包含一个整数，就是最少需要几位同学出列。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186 186 150 200 160 130 197 220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