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1273: 哥德巴赫猜想的所有解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求出哥德巴赫猜想的所有解（将一个大于 9 的奇数拆分成三个素数之和），并按从小到大的顺序写出。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一行，一个大于 9 的奇数。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N（ N ≤ 1200 ），表示解的总数。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2-N+1 行，每行一个解。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15=2+2+11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15=3+5+7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15=5+5+5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