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1269: 高精度减法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高精度减法，求 a-b。a,b 都是不超过 240 位的非负整数。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两个非负整数，每行一个。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一个整数，代表两个整数相减之后的结果。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33333333333333333333333333333333333333333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22222222222222222222222222222222222222222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11111111111111111111111111111111111111111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