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1263: 8 除不尽的数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一个自然数被 8 除余 1 ，所得的商被 8 除也余 1 ，再将第二次的商被 8 除后余 7 ，最后得到一个商为 a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又知这个自然数被 17 除余 4 ，所得的商被 17 除余15 ，最后得到一个商是 a 的 2 倍。求满足条件的最小的这个自然数。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一个自然数。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