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1262: 该存多少钱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假设银行一年整存零取的月息为 0.63 %。现在某人手中有一笔钱，他打算在今后的五年中的年底取出 1000 元，到第五年时刚好取完，请算出他存钱时应存入多少。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第一年年初要存入多少钱，结果保留 2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