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1254: 求车速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一辆以固定速度行驶的汽车，司机在上午 10 点看到里程表上的读数是一个对称数(即这个数从左向右读和从右向左读是完全一样的)，为 95859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两小时后里程表上出现了一个新的对称数。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问该车的速度是多少？新的对称数是多少？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输出两行，第一行是车速，第二行是新的里程数（两个都是整数）。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