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1249: 搬砖问题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1249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8962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36 块砖， 36 人搬。男搬 4 ，女搬 3 ，两个小儿抬一砖。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要求一次全搬完。问需男、女、小儿各若干？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注意：假设男、女、小孩都有，请按照男、女、小孩的顺序输出所有可能的人数分配，每种人数分配方案占 1 行，每个数字空格隔开。 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所有可能的人数分配方案，按照由小到大输出。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