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1246: 请输出n行的9*9乘法表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18660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请从键盘读入一个整数 n ，代表有 n 行，输出 n 行的 9 *9 乘法表。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比如，假设 n=5 ，则输出如下：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1*1=1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2*1=2 2*2=4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3*1=3 3*2=6 3*3=9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4*1=4 4*2=8 4*3=12 4*4=16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5*1=5 5*2=10 5*3=15 5*4=20 5*5=25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9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行的 9× 9 乘法表。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1*1=1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2*1=2 2*2=4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3*1=3 3*2=6 3*3=9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