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1239: 挑战赛第二题——放大的X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7268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请你编程画一个放大的 X （大写字母）。 如 3 × 3 的 X 应如下所示：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× 5 的 X 如下所示：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79641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lc3xl5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79641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80243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99qk63l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024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有一个正奇数 n（3 ≤ n ≤ 79） ，表示放大的规格。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打印一个规格为 n × n 放大的 X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  X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X X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X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X 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   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