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1235: 过河的最短时间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1235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1447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贪心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在漆黑的夜里，N 位旅行者来到了一座狭窄而且没有护栏的桥边。如果不借助手电筒的话，大家是无论如何也不敢过桥去的。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不幸的是，N 个人一共只带了一只手电筒，而桥窄得只够让两个人同时过。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如果各自单独过桥的话，N 人所需要的时间已知；而如果两人同时过桥，所需要的时间就是走得比较慢的那个人单独行动时所需的时间。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问题是，如何设计一个方案，让这 N 人尽快过桥，计算成绩这 N 个人的最短过桥时间。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比如：有四个人甲乙丙丁，他们过河需要的时间分别为，甲：1，乙：2，丙：5，丁：10。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第一种办法：最快的 2 个人先过桥，然后让跑的最快的人来回去接剩下的人：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先让甲乙过去（2 分钟），甲回来（1 分钟），甲丙过去（5 分钟），甲回来（1 分钟），甲丁再过去（10 分钟），总共需要 19 分钟就可以让四个人都过去。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第二种办法：让最慢的地 2 个人一起过桥，减少最慢的人在桥上的次数。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先让甲乙过去（2 分钟），甲回来（1 分钟），丙丁过去（10 分钟），乙回来（2 分钟），甲乙再过去（2 分钟），总共需要 17 分钟可以让四个人都过去。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那么最慢的时间就是需要 17 分钟！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每组测试数据的第一行是一个整数 N (1 ≤ N ≤ 1000)，表示共有 N 个人要过河。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每组测试数据的第二行是 N 个整数 S_i,表示这 N 个人过河所需要花时间。(0 &lt; S_i ≤ 100)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所有人过河的最短时间。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1 2 5 10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