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1232: 换位置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7601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体育课上，有一个班级的同学站成了一队，体育老师请最高的和最矮的两位同学调换一下位置，其余的同学不要动，请编程实现！（假设所有人的高矮都是不一样的）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第一行有一个整数 n 代表该班级的总人数（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个数，代表每个人的身高。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调换位置后的结果。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8 9 10 4 7 6 5 3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8 9 3 4 7 6 5 10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