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1230: 蝴蝶结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n 行的蝴蝶结的形状，n 一定是一个奇数！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，代表图形的行数！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