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1228: 排队打水问题</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1228</w:t>
            </w:r>
          </w:p>
        </w:tc>
      </w:tr>
      <w:tr>
        <w:tc>
          <w:tcPr>
            <w:tcW w:type="dxa" w:w="4320"/>
          </w:tcPr>
          <w:p>
            <w:r>
              <w:t>标签</w:t>
            </w:r>
          </w:p>
        </w:tc>
        <w:tc>
          <w:tcPr>
            <w:tcW w:type="dxa" w:w="4320"/>
          </w:tcPr>
          <w:p>
            <w:r>
              <w:t>贪心</w:t>
            </w:r>
          </w:p>
        </w:tc>
      </w:tr>
      <w:tr>
        <w:tc>
          <w:tcPr>
            <w:tcW w:type="dxa" w:w="4320"/>
          </w:tcPr>
          <w:p>
            <w:r>
              <w:t>难度</w:t>
            </w:r>
          </w:p>
        </w:tc>
        <w:tc>
          <w:tcPr>
            <w:tcW w:type="dxa" w:w="4320"/>
          </w:tcPr>
          <w:p>
            <w:r>
              <w:t>基础</w:t>
            </w:r>
          </w:p>
        </w:tc>
      </w:tr>
      <w:tr>
        <w:tc>
          <w:tcPr>
            <w:tcW w:type="dxa" w:w="4320"/>
          </w:tcPr>
          <w:p>
            <w:r>
              <w:t>正确</w:t>
            </w:r>
          </w:p>
        </w:tc>
        <w:tc>
          <w:tcPr>
            <w:tcW w:type="dxa" w:w="4320"/>
          </w:tcPr>
          <w:p>
            <w:r>
              <w:t>9561</w:t>
            </w:r>
          </w:p>
        </w:tc>
      </w:tr>
      <w:tr>
        <w:tc>
          <w:tcPr>
            <w:tcW w:type="dxa" w:w="4320"/>
          </w:tcPr>
          <w:p>
            <w:r>
              <w:t>来源</w:t>
            </w:r>
          </w:p>
        </w:tc>
        <w:tc>
          <w:tcPr>
            <w:tcW w:type="dxa" w:w="4320"/>
          </w:tcPr>
          <w:p>
            <w:r>
              <w:t>贪心</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有 n 个人排队到 r 个水龙头去打水，他们装满水桶的时间 t_1,t_2,...,t_n 为整数且各不相等，应如何安排他们的打水顺序才能使他们花费的总时间最少？</w:t>
      </w:r>
    </w:p>
    <w:p>
      <w:pPr>
        <w:spacing w:before="40" w:after="40"/>
        <w:ind w:left="720"/>
      </w:pPr>
      <w:r>
        <w:rPr>
          <w:rFonts w:ascii="Consolas" w:hAnsi="Consolas"/>
          <w:sz w:val="18"/>
        </w:rPr>
        <w:t>每个人打水的时间 = 排队的时间 + 实际打水的时间，本题假设一个人打好水，排在他后面的人接着打水的这个切换过程不消耗时间。</w:t>
      </w:r>
    </w:p>
    <w:p>
      <w:pPr>
        <w:spacing w:before="40" w:after="40"/>
        <w:ind w:left="720"/>
      </w:pPr>
      <w:r>
        <w:rPr>
          <w:rFonts w:ascii="Consolas" w:hAnsi="Consolas"/>
          <w:sz w:val="18"/>
        </w:rPr>
        <w:t>比如，有 2 个人 A 和 B ，他们打水的时间分别是 3 和 2 ，只有 1 个水龙头，这时，如果 A 先打水，B 后打水，那么 A 和 B 打水的时间分别为 3 、3+2（ B 排队 3 分钟）。</w:t>
      </w:r>
    </w:p>
    <w:p>
      <w:pPr>
        <w:spacing w:before="40" w:after="40"/>
        <w:ind w:left="720"/>
      </w:pPr>
      <w:r>
        <w:rPr>
          <w:rFonts w:ascii="Consolas" w:hAnsi="Consolas"/>
          <w:sz w:val="18"/>
        </w:rPr>
        <w:t>因此，所有人打水的总时间就是每个人的打水时间及每个人的排队时间的总和。</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 1 行，两个整数 n (1≤n≤500) 和 r (1≤r≤100)。</w:t>
      </w:r>
    </w:p>
    <w:p>
      <w:pPr>
        <w:spacing w:before="40" w:after="40"/>
        <w:ind w:left="720"/>
      </w:pPr>
      <w:r>
        <w:rPr>
          <w:rFonts w:ascii="Consolas" w:hAnsi="Consolas"/>
          <w:sz w:val="18"/>
        </w:rPr>
        <w:t>第 2 行，n 个正整数 t_1,t_2,...,t_n ，(1≤t_i≤1000)表示每个人装满水桶的时间。</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1 行，一个正整数，表示他们花费的最少总时间。</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4 2</w:t>
      </w:r>
    </w:p>
    <w:p>
      <w:pPr>
        <w:spacing w:before="40" w:after="40"/>
        <w:ind w:left="720"/>
      </w:pPr>
      <w:r>
        <w:rPr>
          <w:rFonts w:ascii="Consolas" w:hAnsi="Consolas"/>
          <w:sz w:val="18"/>
        </w:rPr>
        <w:t>2 6 4 5</w:t>
      </w:r>
    </w:p>
    <w:p>
      <w:pPr>
        <w:pStyle w:val="Heading1"/>
      </w:pPr>
      <w:r>
        <w:t>样例输出</w:t>
      </w:r>
    </w:p>
    <w:p>
      <w:pPr>
        <w:spacing w:before="120" w:after="120"/>
      </w:pPr>
      <w:r>
        <w:t>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