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1225: 打印空心等腰三角形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1225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8820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从键盘读入一个整数 n ，代表等腰三角形的边长，请输出一个边长为 n 的等腰三角形！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为了方便观察，我们在例子中将空格替换成□，将*替换为×，请在程序中正常输出空格和*！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如：n=3 则输出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□□×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□×□×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×××××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n=5 则输出：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□□□□×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□□□×□×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□□×□□□×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□×□□□□□×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×××××××××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整数 n（n ≤ 9）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按题意输出图形。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* 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