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1224: 过河卒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点有一个过河卒，需要走到目标 B 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卒行走规则：可以向下、或者向右。同时在棋盘上的任一点有一个对方的马（如下图的 C 点），该马所在的点和所有跳跃一步可达的点称为对方马的控制点。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例如：下图 C 点可以控制 9 个点（图中的 P1,P2 ⋯  P8 和 C ），卒不能通过对方马的控制点。 棋盘用坐标表示，现给定 A 点位置为 (0,0)， B 点位置为 (n,m) (n,m 为不超过 20 的整数)，马的位置 C 为 (X,Y)（约定: C 点与 A 点不重叠，与 B 点也不重叠）。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要求你计算出卒从 A 点能够到达 B 点的路径的条数。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8704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sfswi8l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704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点的坐标 (n,m) 以及对方马的坐标 (X,Y)；（马的坐标一定在棋盘范围内，但要注意，可能落在边界的轴上）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输出卒从 A 点能够到达 B 点的路径条数。（本题的路径条数可能会超过 10^9，但不会超过 10^{18}，C/C++选手请注意使用long long）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6 6 3 2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