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1223: 汉诺塔的移动次数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汉诺塔的问题大家都已经很熟悉了，有三个柱子，每个柱子上有一些大小不一的金片，要把金片从 A 柱移动到 C 柱，可以借助 B 柱，请问 n 个金片的情况下，需要最少移动多少次？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008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i_ww0s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00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代表金片的数量（n ≤ 20）。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n 个金片的移动次数。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