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1219: 放大的箭头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9525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请打印 n 行的放大的箭头（ n 一定是一个奇数）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如：输出 5 行的箭头，输出结果如下，为方便理解，我们用□ 代表空格，实际输出的时候，请输出空格！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每行有 n 颗星！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，代表有 n 行的图形（ n 一定是一个奇数 1 ≤ n ≤ 99）。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行的图形！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