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1218: 摘苹果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12668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小红来到苹果园，帮园长摘苹果，园长请小红把摘完的苹果的最小的那个去掉（如果有多个最小的苹果，那么都要去掉），剩余的苹果算一下平均一个苹果有多重？（平均重量请保留 1 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输入有 2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n 代表小红摘的 n 个苹果（ 3 ≤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 n 个苹果的重量（分别用 n 个整数表示，本题不存在 n 个苹果一样重的情况）。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去掉最小的苹果后，摘到的苹果的平均重量！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2.7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