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1216: 数塔问题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1216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递推动态规划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13873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递推 动态规划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有如下所示的数塔，要求从底层走到顶层，若每一步只能走到相邻的结点，则经过的结点的数字之和最大是多少？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1568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2lt3adz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1568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输入数据首先包括一个整数整数 N (1 ≤ N ≤ 100)，表示数塔的高度，接下来用 N 行数字表示数塔，其中第 i 行有个 i 个整数，且所有的整数均在区间 [0,99] 内。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从底层走到顶层经过的数字的最大和是多少？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8 1 0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2 7 4 4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4 5 2 6 5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